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D54B" w14:textId="77777777" w:rsidR="00965BCA" w:rsidRDefault="00157CAE">
      <w:pPr>
        <w:jc w:val="center"/>
      </w:pPr>
      <w:r>
        <w:rPr>
          <w:noProof/>
        </w:rPr>
        <w:drawing>
          <wp:inline distT="0" distB="0" distL="0" distR="0" wp14:anchorId="7FE474F1" wp14:editId="7A674891">
            <wp:extent cx="1097280" cy="10972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760CFD-6F79-455B-BB64-ADECE855EFBF.jpeg"/>
                    <pic:cNvPicPr/>
                  </pic:nvPicPr>
                  <pic:blipFill>
                    <a:blip r:embed="rId6"/>
                    <a:stretch>
                      <a:fillRect/>
                    </a:stretch>
                  </pic:blipFill>
                  <pic:spPr>
                    <a:xfrm>
                      <a:off x="0" y="0"/>
                      <a:ext cx="1097280" cy="1097280"/>
                    </a:xfrm>
                    <a:prstGeom prst="rect">
                      <a:avLst/>
                    </a:prstGeom>
                  </pic:spPr>
                </pic:pic>
              </a:graphicData>
            </a:graphic>
          </wp:inline>
        </w:drawing>
      </w:r>
    </w:p>
    <w:p w14:paraId="51517457" w14:textId="77777777" w:rsidR="00965BCA" w:rsidRDefault="00157CAE">
      <w:pPr>
        <w:jc w:val="center"/>
      </w:pPr>
      <w:r>
        <w:rPr>
          <w:b/>
          <w:sz w:val="28"/>
        </w:rPr>
        <w:t>KASHNOVA ENTERPRISES</w:t>
      </w:r>
    </w:p>
    <w:p w14:paraId="36BE085C" w14:textId="77777777" w:rsidR="007B5493" w:rsidRDefault="007B5493"/>
    <w:p w14:paraId="5BDF021E" w14:textId="5B6700FD" w:rsidR="007B5493" w:rsidRDefault="007B5493">
      <w:r>
        <w:t xml:space="preserve">For </w:t>
      </w:r>
      <w:r w:rsidR="00686AC8">
        <w:t>Sihrsalt</w:t>
      </w:r>
      <w:r>
        <w:t xml:space="preserve"> </w:t>
      </w:r>
    </w:p>
    <w:p w14:paraId="511D659D" w14:textId="08D352F3" w:rsidR="001B4AD8" w:rsidRPr="00D447B4" w:rsidRDefault="007A09BD">
      <w:pPr>
        <w:rPr>
          <w:b/>
          <w:bCs/>
          <w:lang w:val="en-IN"/>
        </w:rPr>
      </w:pPr>
      <w:r>
        <w:t xml:space="preserve"> </w:t>
      </w:r>
      <w:r w:rsidR="00157CAE">
        <w:br/>
        <w:t>To,</w:t>
      </w:r>
      <w:r w:rsidR="00410446">
        <w:t xml:space="preserve"> </w:t>
      </w:r>
      <w:r w:rsidR="00652F18" w:rsidRPr="00652F18">
        <w:rPr>
          <w:b/>
          <w:bCs/>
        </w:rPr>
        <w:t>Anshul Gurjar</w:t>
      </w:r>
      <w:r w:rsidR="00157CAE">
        <w:br/>
      </w:r>
      <w:r w:rsidR="00157CAE">
        <w:br/>
        <w:t>Subject: Appointment for the position of</w:t>
      </w:r>
      <w:r w:rsidR="00351B3A">
        <w:t xml:space="preserve"> </w:t>
      </w:r>
      <w:r w:rsidR="002D4368">
        <w:t>Photographer</w:t>
      </w:r>
      <w:r w:rsidR="00157CAE">
        <w:br/>
        <w:t xml:space="preserve">Dear </w:t>
      </w:r>
      <w:r w:rsidR="00652F18">
        <w:t>Anshul</w:t>
      </w:r>
      <w:r w:rsidR="00157CAE">
        <w:t>,</w:t>
      </w:r>
      <w:r w:rsidR="00157CAE">
        <w:br/>
      </w:r>
      <w:r w:rsidR="00157CAE">
        <w:br/>
        <w:t xml:space="preserve">We are pleased to formally offer you the position of </w:t>
      </w:r>
      <w:r w:rsidR="00652F18">
        <w:t>Photographer</w:t>
      </w:r>
      <w:r w:rsidR="001B4AD8">
        <w:t xml:space="preserve"> </w:t>
      </w:r>
      <w:r w:rsidR="00157CAE">
        <w:t>with Kashnova</w:t>
      </w:r>
      <w:r w:rsidR="00A53D92">
        <w:t xml:space="preserve"> </w:t>
      </w:r>
      <w:r w:rsidR="00157CAE">
        <w:t xml:space="preserve">Enterprises, effective </w:t>
      </w:r>
      <w:r w:rsidR="00A2488D">
        <w:t xml:space="preserve">January </w:t>
      </w:r>
      <w:r w:rsidR="00652F18">
        <w:t>15</w:t>
      </w:r>
      <w:r w:rsidR="00157CAE">
        <w:t xml:space="preserve"> 202</w:t>
      </w:r>
      <w:r w:rsidR="00A2488D">
        <w:t>6</w:t>
      </w:r>
      <w:r w:rsidR="00157CAE">
        <w:t>. We believe your skills and experience will add great value to our organization. The terms and conditions of your appointment are outlined below:</w:t>
      </w:r>
      <w:r w:rsidR="00157CAE">
        <w:br/>
      </w:r>
      <w:r w:rsidR="00157CAE">
        <w:br/>
        <w:t>1. Position &amp; Reporting</w:t>
      </w:r>
      <w:r w:rsidR="00157CAE">
        <w:br/>
        <w:t>You will serve as a</w:t>
      </w:r>
      <w:r w:rsidR="005D6AC0" w:rsidRPr="005D6AC0">
        <w:t xml:space="preserve"> </w:t>
      </w:r>
      <w:r w:rsidR="00B233D7">
        <w:t>Photographer</w:t>
      </w:r>
      <w:r w:rsidR="00157CAE">
        <w:t>, reporting directly to the Proprietor. Your role will primarily involve</w:t>
      </w:r>
      <w:r w:rsidR="00672AD4">
        <w:t xml:space="preserve"> </w:t>
      </w:r>
      <w:r w:rsidR="0088608E">
        <w:t>photography</w:t>
      </w:r>
      <w:r w:rsidR="00157CAE">
        <w:t>, and ensuring timely and quality delivery of assignments.</w:t>
      </w:r>
      <w:r w:rsidR="00157CAE">
        <w:br/>
      </w:r>
      <w:r w:rsidR="00157CAE">
        <w:br/>
        <w:t>2. Date of Joining</w:t>
      </w:r>
      <w:r w:rsidR="00157CAE">
        <w:br/>
        <w:t>Your joining date shall be</w:t>
      </w:r>
      <w:r w:rsidR="00672AD4">
        <w:t xml:space="preserve"> </w:t>
      </w:r>
      <w:r w:rsidR="004B21CB">
        <w:t>January</w:t>
      </w:r>
      <w:r w:rsidR="00672AD4">
        <w:t xml:space="preserve"> </w:t>
      </w:r>
      <w:r w:rsidR="0088608E">
        <w:t>15</w:t>
      </w:r>
      <w:r w:rsidR="00157CAE">
        <w:t>, 202</w:t>
      </w:r>
      <w:r w:rsidR="004B21CB">
        <w:t>6</w:t>
      </w:r>
      <w:r w:rsidR="00157CAE">
        <w:t>. You are requested to report to the office at the designated time and complete the joining formalities on the same day.</w:t>
      </w:r>
      <w:r w:rsidR="00157CAE">
        <w:br/>
      </w:r>
      <w:r w:rsidR="00157CAE">
        <w:br/>
        <w:t>3. Probation Period</w:t>
      </w:r>
      <w:r w:rsidR="00157CAE">
        <w:br/>
        <w:t>You will be on probation for a period of three (3) months from your date of joining. During this period, either party may terminate the employment by giving 7 days’ written notice or salary in lieu thereof. Upon successful completion of probation, your appointment will be confirmed in writing. After confirmation, the separation clause under Section 10 will apply.</w:t>
      </w:r>
      <w:r w:rsidR="00157CAE">
        <w:br/>
      </w:r>
      <w:r w:rsidR="00157CAE">
        <w:br/>
        <w:t>4. Remuneration</w:t>
      </w:r>
      <w:r w:rsidR="00157CAE">
        <w:br/>
        <w:t>You will receive a total annual remuneration of ₹</w:t>
      </w:r>
      <w:r w:rsidR="00532ABE">
        <w:t>3</w:t>
      </w:r>
      <w:r w:rsidR="001B4AD8">
        <w:t>,</w:t>
      </w:r>
      <w:r w:rsidR="00532ABE">
        <w:t>12</w:t>
      </w:r>
      <w:r w:rsidR="00157CAE">
        <w:t xml:space="preserve">,000/- (Rupees </w:t>
      </w:r>
      <w:r w:rsidR="00532ABE">
        <w:tab/>
        <w:t>Three</w:t>
      </w:r>
      <w:r w:rsidR="00157CAE">
        <w:t xml:space="preserve"> Lak</w:t>
      </w:r>
      <w:r w:rsidR="00A53D92">
        <w:t>h</w:t>
      </w:r>
      <w:r w:rsidR="00351B3A">
        <w:t xml:space="preserve"> </w:t>
      </w:r>
      <w:r w:rsidR="00532ABE">
        <w:t>Twe</w:t>
      </w:r>
      <w:r w:rsidR="00841686">
        <w:t>lve</w:t>
      </w:r>
      <w:r w:rsidR="001B4AD8">
        <w:t xml:space="preserve"> </w:t>
      </w:r>
      <w:r w:rsidR="00157CAE">
        <w:t>Thousand only), payable in 12 equal monthly installments of ₹</w:t>
      </w:r>
      <w:r w:rsidR="0088608E">
        <w:t>26</w:t>
      </w:r>
      <w:r w:rsidR="009A2ACE">
        <w:t>,000</w:t>
      </w:r>
      <w:r w:rsidR="00157CAE">
        <w:t>/-</w:t>
      </w:r>
      <w:r w:rsidR="00157CAE">
        <w:br/>
      </w:r>
    </w:p>
    <w:p w14:paraId="6FD019E4" w14:textId="013E0852" w:rsidR="001B4AD8" w:rsidRDefault="00157CAE">
      <w:r>
        <w:t>5. Working Hours</w:t>
      </w:r>
      <w:r>
        <w:br/>
        <w:t xml:space="preserve">Your regular working hours will be from </w:t>
      </w:r>
      <w:r w:rsidR="00C12DDF">
        <w:t>1</w:t>
      </w:r>
      <w:r>
        <w:t>0:</w:t>
      </w:r>
      <w:r w:rsidR="003306ED">
        <w:t>3</w:t>
      </w:r>
      <w:r>
        <w:t xml:space="preserve">0 </w:t>
      </w:r>
      <w:r w:rsidR="00C12DDF">
        <w:t>a</w:t>
      </w:r>
      <w:r>
        <w:t xml:space="preserve">.m. to </w:t>
      </w:r>
      <w:r w:rsidR="00C12DDF">
        <w:t>7</w:t>
      </w:r>
      <w:r>
        <w:t>:</w:t>
      </w:r>
      <w:r w:rsidR="00C12DDF">
        <w:t>0</w:t>
      </w:r>
      <w:r>
        <w:t xml:space="preserve">0 p.m., Monday to Saturday, with a </w:t>
      </w:r>
      <w:r>
        <w:lastRenderedPageBreak/>
        <w:t>scheduled break of 30 minutes. You are expected to adhere to these timings unless otherwise approved.</w:t>
      </w:r>
      <w:r>
        <w:br/>
      </w:r>
      <w:r>
        <w:br/>
        <w:t>6. Leave Entitlement</w:t>
      </w:r>
      <w:r>
        <w:br/>
        <w:t>You will be entitled to 12 paid leaves in a calendar year, calculated on a pro-rata basis. Planned leave requests should be submitted at least two weeks in advance. Absences without prior approval will be treated as leave without pay and may attract disciplinary action.</w:t>
      </w:r>
      <w:r>
        <w:br/>
      </w:r>
      <w:r>
        <w:br/>
        <w:t>7. Attendance &amp; Punctuality</w:t>
      </w:r>
      <w:r>
        <w:br/>
        <w:t>Regular attendance and punctuality form an important part of your responsibilities. Repeated late arrivals or unapproved absences will be dealt with as per Kashnova Enterprises policy.</w:t>
      </w:r>
      <w:r>
        <w:br/>
      </w:r>
      <w:r>
        <w:br/>
        <w:t>8. Salary Cycle</w:t>
      </w:r>
      <w:r>
        <w:br/>
        <w:t>The salary cycle will run from the 1st to the 1st of every month, with disbursement on the 15th of the following month, allowing for a standard processing buffer.</w:t>
      </w:r>
      <w:r>
        <w:br/>
      </w:r>
      <w:r>
        <w:br/>
        <w:t>9. Confidentiality &amp; Data Protection</w:t>
      </w:r>
      <w:r>
        <w:br/>
        <w:t>You shall maintain strict confidentiality regarding Kashnova Enterprises information, including but not limited to client details, trade secrets, and business strategies. All data entrusted to you must be handled with due care and safeguarded against unauthorized access or misuse.</w:t>
      </w:r>
      <w:r>
        <w:br/>
      </w:r>
      <w:r>
        <w:br/>
        <w:t>10. Separation &amp; Notice</w:t>
      </w:r>
      <w:r>
        <w:br/>
        <w:t>After confirmation of your services, this appointment may be terminated by either party by giving one month’s written notice or salary in lieu thereof. Upon separation, you will be required to return all Kashnova Enterprises property, including documents, devices, and materials in your possession.</w:t>
      </w:r>
      <w:r>
        <w:br/>
      </w:r>
      <w:r>
        <w:br/>
        <w:t>11. Workplace Conduct</w:t>
      </w:r>
      <w:r>
        <w:br/>
        <w:t>You are expected to uphold a professional, respectful, and collaborative approach in dealing with colleagues, management, and clients. Any misconduct or behavior detrimental to Kashnova Enterprises interests will invite disciplinary action.</w:t>
      </w:r>
      <w:r>
        <w:br/>
      </w:r>
      <w:r>
        <w:br/>
        <w:t>12. Policies</w:t>
      </w:r>
      <w:r>
        <w:br/>
        <w:t>You agree to abide by all current and future policies, procedures, and guidelines issued by Kashnova Enterprises from time to time.</w:t>
      </w:r>
      <w:r>
        <w:br/>
      </w:r>
      <w:r>
        <w:br/>
      </w:r>
    </w:p>
    <w:p w14:paraId="1D7E2236" w14:textId="77777777" w:rsidR="00AF21B4" w:rsidRDefault="00157CAE">
      <w:r>
        <w:t>13. Amendments</w:t>
      </w:r>
      <w:r>
        <w:br/>
        <w:t>Kashnova Enterprises reserves the right to amend or modify the terms of employment, policies, or procedures, with due communication to you.</w:t>
      </w:r>
    </w:p>
    <w:p w14:paraId="0AF33821" w14:textId="77777777" w:rsidR="00AF21B4" w:rsidRDefault="00AF21B4">
      <w:r>
        <w:lastRenderedPageBreak/>
        <w:t xml:space="preserve">14. </w:t>
      </w:r>
      <w:r w:rsidRPr="00AF21B4">
        <w:t>Six-Month Performance-Based Salary Increas</w:t>
      </w:r>
      <w:r>
        <w:t xml:space="preserve">e  </w:t>
      </w:r>
    </w:p>
    <w:p w14:paraId="2FBCFA8B" w14:textId="437E3086" w:rsidR="00965BCA" w:rsidRPr="00844292" w:rsidRDefault="00AF21B4">
      <w:pPr>
        <w:rPr>
          <w:b/>
          <w:bCs/>
          <w:lang w:val="en-IN"/>
        </w:rPr>
      </w:pPr>
      <w:r w:rsidRPr="00AF21B4">
        <w:t>salary increase subjective to performance every six months that is April and oct .</w:t>
      </w:r>
      <w:r w:rsidR="00157CAE">
        <w:br/>
      </w:r>
      <w:r w:rsidR="00157CAE">
        <w:br/>
        <w:t>Acceptance</w:t>
      </w:r>
      <w:r w:rsidR="00157CAE">
        <w:br/>
        <w:t>Please confirm your acceptance of this appointment by signing and returning the duplicate copy of this letter b</w:t>
      </w:r>
      <w:r w:rsidR="001B4AD8">
        <w:t xml:space="preserve">y </w:t>
      </w:r>
      <w:r w:rsidR="00844292">
        <w:t>January</w:t>
      </w:r>
      <w:r w:rsidR="00E421A8">
        <w:t xml:space="preserve"> </w:t>
      </w:r>
      <w:r w:rsidR="0088608E">
        <w:t>15</w:t>
      </w:r>
      <w:r w:rsidR="00157CAE">
        <w:t>, 202</w:t>
      </w:r>
      <w:r w:rsidR="00844292">
        <w:t>6</w:t>
      </w:r>
      <w:r w:rsidR="00157CAE">
        <w:t>.</w:t>
      </w:r>
      <w:r w:rsidR="00157CAE">
        <w:br/>
      </w:r>
      <w:r w:rsidR="00157CAE">
        <w:br/>
        <w:t>We look forward to a long and successful association with you.</w:t>
      </w:r>
      <w:r w:rsidR="00157CAE">
        <w:br/>
      </w:r>
      <w:r w:rsidR="00157CAE">
        <w:br/>
        <w:t>Yours sincerely,</w:t>
      </w:r>
      <w:r w:rsidR="00157CAE">
        <w:br/>
        <w:t>For Kashnova Enterprises</w:t>
      </w:r>
      <w:r w:rsidR="00157CAE">
        <w:br/>
      </w:r>
      <w:r w:rsidR="00157CAE">
        <w:br/>
        <w:t>______________________________</w:t>
      </w:r>
      <w:r w:rsidR="00157CAE">
        <w:br/>
        <w:t>Sayyed Mohd Kashif Sarkar Haider</w:t>
      </w:r>
      <w:r w:rsidR="00157CAE">
        <w:br/>
        <w:t>Proprietor</w:t>
      </w:r>
      <w:r w:rsidR="00157CAE">
        <w:br/>
      </w:r>
      <w:r w:rsidR="00157CAE">
        <w:br/>
        <w:t>Acknowledgement &amp; Acceptance by Employee</w:t>
      </w:r>
      <w:r w:rsidR="00157CAE">
        <w:br/>
      </w:r>
      <w:r w:rsidR="00157CAE">
        <w:br/>
        <w:t xml:space="preserve">I, </w:t>
      </w:r>
      <w:r w:rsidR="0088608E" w:rsidRPr="0088608E">
        <w:rPr>
          <w:b/>
          <w:bCs/>
        </w:rPr>
        <w:t>Anshul Gurjar</w:t>
      </w:r>
      <w:r w:rsidR="00157CAE">
        <w:t>, accept the appointment with Kashnova Enterprises as outlined in this letter and agree to abide by the terms and conditions stated herein.</w:t>
      </w:r>
      <w:r w:rsidR="00157CAE">
        <w:br/>
      </w:r>
      <w:r w:rsidR="00157CAE">
        <w:br/>
        <w:t>Signature: ______________________</w:t>
      </w:r>
      <w:r w:rsidR="00157CAE">
        <w:br/>
        <w:t>Date: ___________________________</w:t>
      </w:r>
      <w:r w:rsidR="00157CAE">
        <w:br/>
      </w:r>
    </w:p>
    <w:sectPr w:rsidR="00965BCA" w:rsidRPr="0084429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4765280">
    <w:abstractNumId w:val="8"/>
  </w:num>
  <w:num w:numId="2" w16cid:durableId="1959795694">
    <w:abstractNumId w:val="6"/>
  </w:num>
  <w:num w:numId="3" w16cid:durableId="2039549637">
    <w:abstractNumId w:val="5"/>
  </w:num>
  <w:num w:numId="4" w16cid:durableId="1904177122">
    <w:abstractNumId w:val="4"/>
  </w:num>
  <w:num w:numId="5" w16cid:durableId="355498284">
    <w:abstractNumId w:val="7"/>
  </w:num>
  <w:num w:numId="6" w16cid:durableId="1694846724">
    <w:abstractNumId w:val="3"/>
  </w:num>
  <w:num w:numId="7" w16cid:durableId="429278790">
    <w:abstractNumId w:val="2"/>
  </w:num>
  <w:num w:numId="8" w16cid:durableId="449474115">
    <w:abstractNumId w:val="1"/>
  </w:num>
  <w:num w:numId="9" w16cid:durableId="2136408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074"/>
    <w:rsid w:val="0015074B"/>
    <w:rsid w:val="00157CAE"/>
    <w:rsid w:val="001B4AD8"/>
    <w:rsid w:val="001D333D"/>
    <w:rsid w:val="00247ECB"/>
    <w:rsid w:val="0029639D"/>
    <w:rsid w:val="002B278A"/>
    <w:rsid w:val="002D4368"/>
    <w:rsid w:val="00323214"/>
    <w:rsid w:val="00326F90"/>
    <w:rsid w:val="003306ED"/>
    <w:rsid w:val="00351B3A"/>
    <w:rsid w:val="00410446"/>
    <w:rsid w:val="00461B89"/>
    <w:rsid w:val="004649A4"/>
    <w:rsid w:val="004B21CB"/>
    <w:rsid w:val="00532ABE"/>
    <w:rsid w:val="005520BF"/>
    <w:rsid w:val="00570D17"/>
    <w:rsid w:val="005D6AC0"/>
    <w:rsid w:val="00652F18"/>
    <w:rsid w:val="00672AD4"/>
    <w:rsid w:val="00686AC8"/>
    <w:rsid w:val="007A09BD"/>
    <w:rsid w:val="007B5493"/>
    <w:rsid w:val="007C3DCE"/>
    <w:rsid w:val="007D03DF"/>
    <w:rsid w:val="00821807"/>
    <w:rsid w:val="00824B3F"/>
    <w:rsid w:val="00841686"/>
    <w:rsid w:val="00844292"/>
    <w:rsid w:val="0088608E"/>
    <w:rsid w:val="00907CB4"/>
    <w:rsid w:val="0091671A"/>
    <w:rsid w:val="00965BCA"/>
    <w:rsid w:val="009A2ACE"/>
    <w:rsid w:val="009B786A"/>
    <w:rsid w:val="009C2A86"/>
    <w:rsid w:val="009E3D94"/>
    <w:rsid w:val="00A2488D"/>
    <w:rsid w:val="00A53D92"/>
    <w:rsid w:val="00A86BB5"/>
    <w:rsid w:val="00AA1D8D"/>
    <w:rsid w:val="00AF21B4"/>
    <w:rsid w:val="00B227EC"/>
    <w:rsid w:val="00B233D7"/>
    <w:rsid w:val="00B47730"/>
    <w:rsid w:val="00C12DDF"/>
    <w:rsid w:val="00C516AB"/>
    <w:rsid w:val="00CB0664"/>
    <w:rsid w:val="00D447B4"/>
    <w:rsid w:val="00D8237B"/>
    <w:rsid w:val="00D93D34"/>
    <w:rsid w:val="00DC40B6"/>
    <w:rsid w:val="00E421A8"/>
    <w:rsid w:val="00E9657D"/>
    <w:rsid w:val="00ED4156"/>
    <w:rsid w:val="00F54332"/>
    <w:rsid w:val="00FA31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7F0E47"/>
  <w14:defaultImageDpi w14:val="300"/>
  <w15:docId w15:val="{88E3B4C4-ED4C-4F21-BA6D-EEBB9DA0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8CC71-E925-4302-8D84-FC5C978A8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099.ankitsinghh@gmail.com</cp:lastModifiedBy>
  <cp:revision>13</cp:revision>
  <cp:lastPrinted>2025-09-04T09:00:00Z</cp:lastPrinted>
  <dcterms:created xsi:type="dcterms:W3CDTF">2026-01-09T06:02:00Z</dcterms:created>
  <dcterms:modified xsi:type="dcterms:W3CDTF">2026-01-14T13:08:00Z</dcterms:modified>
  <cp:category/>
</cp:coreProperties>
</file>